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CFA2D" w14:textId="77777777" w:rsidR="00FE02B1" w:rsidRDefault="001F4EC6">
      <w:r>
        <w:br/>
      </w:r>
    </w:p>
    <w:p w14:paraId="7AD68336" w14:textId="77777777" w:rsidR="00FE02B1" w:rsidRDefault="001F4EC6">
      <w:pPr>
        <w:jc w:val="both"/>
      </w:pPr>
      <w:r>
        <w:rPr>
          <w:rFonts w:ascii="Calibri" w:hAnsi="Calibri"/>
          <w:color w:val="212529"/>
        </w:rPr>
        <w:t>En la ciudad de [CIUDAD], a [FECHA], se celebra el presente contrato de prestación de servicios entre las siguientes partes:</w:t>
      </w:r>
    </w:p>
    <w:p w14:paraId="127499EB" w14:textId="77777777" w:rsidR="00FE02B1" w:rsidRDefault="001F4EC6">
      <w:pPr>
        <w:jc w:val="both"/>
      </w:pPr>
      <w:r>
        <w:rPr>
          <w:rFonts w:ascii="Calibri" w:hAnsi="Calibri"/>
          <w:color w:val="212529"/>
        </w:rPr>
        <w:t>EL CLIENTE: [NOMBRE COMPLETO] | Tel: [TEL] | Email: [EMAIL]</w:t>
      </w:r>
      <w:r>
        <w:rPr>
          <w:rFonts w:ascii="Calibri" w:hAnsi="Calibri"/>
          <w:color w:val="212529"/>
        </w:rPr>
        <w:br/>
        <w:t xml:space="preserve">EL DJ / PRESTADOR DEL SERVICIO: [NOMBRE O MARCA] | Tel: [TEL] | </w:t>
      </w:r>
      <w:r>
        <w:rPr>
          <w:rFonts w:ascii="Calibri" w:hAnsi="Calibri"/>
          <w:color w:val="212529"/>
        </w:rPr>
        <w:t>Email: [EMAIL]</w:t>
      </w:r>
    </w:p>
    <w:p w14:paraId="1E41840C" w14:textId="77777777" w:rsidR="00FE02B1" w:rsidRDefault="001F4EC6">
      <w:r>
        <w:rPr>
          <w:rFonts w:ascii="Montserrat" w:hAnsi="Montserrat"/>
          <w:b/>
          <w:color w:val="0D6EFD"/>
          <w:sz w:val="24"/>
        </w:rPr>
        <w:t>CLÁUSULAS</w:t>
      </w:r>
    </w:p>
    <w:p w14:paraId="52737243" w14:textId="77777777" w:rsidR="00FE02B1" w:rsidRDefault="001F4EC6">
      <w:r>
        <w:rPr>
          <w:rFonts w:ascii="Montserrat" w:hAnsi="Montserrat"/>
          <w:b/>
          <w:color w:val="0D6EFD"/>
          <w:sz w:val="24"/>
        </w:rPr>
        <w:t>PRIMERA. OBJETO DEL CONTRATO</w:t>
      </w:r>
    </w:p>
    <w:p w14:paraId="31F34D22" w14:textId="77777777" w:rsidR="00FE02B1" w:rsidRDefault="001F4EC6">
      <w:pPr>
        <w:jc w:val="both"/>
      </w:pPr>
      <w:r>
        <w:rPr>
          <w:rFonts w:ascii="Calibri" w:hAnsi="Calibri"/>
          <w:color w:val="212529"/>
        </w:rPr>
        <w:t>El DJ se compromete a prestar el servicio musical conforme a lo establecido en el presente contrato.</w:t>
      </w:r>
    </w:p>
    <w:p w14:paraId="5DE2CE31" w14:textId="77777777" w:rsidR="00FE02B1" w:rsidRDefault="001F4EC6">
      <w:r>
        <w:rPr>
          <w:rFonts w:ascii="Montserrat" w:hAnsi="Montserrat"/>
          <w:b/>
          <w:color w:val="0D6EFD"/>
          <w:sz w:val="24"/>
        </w:rPr>
        <w:t>SEGUNDA. DATOS DEL EVENTO</w:t>
      </w:r>
    </w:p>
    <w:p w14:paraId="610D1A85" w14:textId="77777777" w:rsidR="00FE02B1" w:rsidRDefault="001F4EC6">
      <w:pPr>
        <w:jc w:val="both"/>
      </w:pPr>
      <w:r>
        <w:rPr>
          <w:rFonts w:ascii="Calibri" w:hAnsi="Calibri"/>
          <w:color w:val="212529"/>
        </w:rPr>
        <w:t>Fecha: [FECHA]</w:t>
      </w:r>
      <w:r>
        <w:rPr>
          <w:rFonts w:ascii="Calibri" w:hAnsi="Calibri"/>
          <w:color w:val="212529"/>
        </w:rPr>
        <w:br/>
        <w:t>Lugar: [LUGAR]</w:t>
      </w:r>
      <w:r>
        <w:rPr>
          <w:rFonts w:ascii="Calibri" w:hAnsi="Calibri"/>
          <w:color w:val="212529"/>
        </w:rPr>
        <w:br/>
        <w:t>Dirección: [DIRECCIÓN COMPLETA]</w:t>
      </w:r>
    </w:p>
    <w:p w14:paraId="4EBF4FA9" w14:textId="77777777" w:rsidR="00FE02B1" w:rsidRDefault="001F4EC6">
      <w:r>
        <w:rPr>
          <w:rFonts w:ascii="Montserrat" w:hAnsi="Montserrat"/>
          <w:b/>
          <w:color w:val="0D6EFD"/>
          <w:sz w:val="24"/>
        </w:rPr>
        <w:t>TERCERA. HORA</w:t>
      </w:r>
      <w:r>
        <w:rPr>
          <w:rFonts w:ascii="Montserrat" w:hAnsi="Montserrat"/>
          <w:b/>
          <w:color w:val="0D6EFD"/>
          <w:sz w:val="24"/>
        </w:rPr>
        <w:t>RIOS DEL SERVICIO</w:t>
      </w:r>
    </w:p>
    <w:p w14:paraId="1C5FDD17" w14:textId="77777777" w:rsidR="00FE02B1" w:rsidRDefault="001F4EC6">
      <w:pPr>
        <w:jc w:val="both"/>
      </w:pPr>
      <w:r>
        <w:rPr>
          <w:rFonts w:ascii="Calibri" w:hAnsi="Calibri"/>
          <w:color w:val="212529"/>
        </w:rPr>
        <w:t>Hora de inicio: [HORA]</w:t>
      </w:r>
      <w:r>
        <w:rPr>
          <w:rFonts w:ascii="Calibri" w:hAnsi="Calibri"/>
          <w:color w:val="212529"/>
        </w:rPr>
        <w:br/>
        <w:t>Hora de término: [HORA]</w:t>
      </w:r>
      <w:r>
        <w:rPr>
          <w:rFonts w:ascii="Calibri" w:hAnsi="Calibri"/>
          <w:color w:val="212529"/>
        </w:rPr>
        <w:br/>
        <w:t>Horas incluidas: [NÚMERO]</w:t>
      </w:r>
    </w:p>
    <w:p w14:paraId="24B174E7" w14:textId="77777777" w:rsidR="00FE02B1" w:rsidRDefault="001F4EC6">
      <w:r>
        <w:rPr>
          <w:rFonts w:ascii="Montserrat" w:hAnsi="Montserrat"/>
          <w:b/>
          <w:color w:val="0D6EFD"/>
          <w:sz w:val="24"/>
        </w:rPr>
        <w:t>CUARTA. HORAS EXTRA</w:t>
      </w:r>
    </w:p>
    <w:p w14:paraId="46DE8893" w14:textId="77777777" w:rsidR="00FE02B1" w:rsidRDefault="001F4EC6">
      <w:pPr>
        <w:jc w:val="both"/>
      </w:pPr>
      <w:r>
        <w:rPr>
          <w:rFonts w:ascii="Calibri" w:hAnsi="Calibri"/>
          <w:color w:val="212529"/>
        </w:rPr>
        <w:t>Costo por hora extra o fracción: [$ MONTO]. El pago deberá realizarse al momento de solicitar la extensión del servicio.</w:t>
      </w:r>
    </w:p>
    <w:p w14:paraId="622A5441" w14:textId="77777777" w:rsidR="00FE02B1" w:rsidRDefault="001F4EC6">
      <w:r>
        <w:rPr>
          <w:rFonts w:ascii="Montserrat" w:hAnsi="Montserrat"/>
          <w:b/>
          <w:color w:val="0D6EFD"/>
          <w:sz w:val="24"/>
        </w:rPr>
        <w:t>QUINTA. PRECIO Y FORMA D</w:t>
      </w:r>
      <w:r>
        <w:rPr>
          <w:rFonts w:ascii="Montserrat" w:hAnsi="Montserrat"/>
          <w:b/>
          <w:color w:val="0D6EFD"/>
          <w:sz w:val="24"/>
        </w:rPr>
        <w:t>E PAGO</w:t>
      </w:r>
    </w:p>
    <w:p w14:paraId="0CEF2E30" w14:textId="77777777" w:rsidR="00FE02B1" w:rsidRDefault="001F4EC6">
      <w:pPr>
        <w:jc w:val="both"/>
      </w:pPr>
      <w:r>
        <w:rPr>
          <w:rFonts w:ascii="Calibri" w:hAnsi="Calibri"/>
          <w:color w:val="212529"/>
        </w:rPr>
        <w:t>Precio total del servicio: [$ MONTO]</w:t>
      </w:r>
      <w:r>
        <w:rPr>
          <w:rFonts w:ascii="Calibri" w:hAnsi="Calibri"/>
          <w:color w:val="212529"/>
        </w:rPr>
        <w:br/>
        <w:t>Anticipo: [$ MONTO] (No reembolsable)</w:t>
      </w:r>
      <w:r>
        <w:rPr>
          <w:rFonts w:ascii="Calibri" w:hAnsi="Calibri"/>
          <w:color w:val="212529"/>
        </w:rPr>
        <w:br/>
        <w:t>Fecha de liquidación: [FECHA]</w:t>
      </w:r>
    </w:p>
    <w:p w14:paraId="4ECBA27B" w14:textId="77777777" w:rsidR="00FE02B1" w:rsidRDefault="001F4EC6">
      <w:r>
        <w:rPr>
          <w:rFonts w:ascii="Montserrat" w:hAnsi="Montserrat"/>
          <w:b/>
          <w:color w:val="0D6EFD"/>
          <w:sz w:val="24"/>
        </w:rPr>
        <w:t>SEXTA. EQUIPO INCLUIDO</w:t>
      </w:r>
    </w:p>
    <w:p w14:paraId="7525279D" w14:textId="77777777" w:rsidR="00FE02B1" w:rsidRDefault="001F4EC6">
      <w:pPr>
        <w:jc w:val="both"/>
      </w:pPr>
      <w:r>
        <w:rPr>
          <w:rFonts w:ascii="Calibri" w:hAnsi="Calibri"/>
          <w:color w:val="212529"/>
        </w:rPr>
        <w:t>[DESCRIPCIÓN DETALLADA DEL EQUIPO INCLUIDO EN EL SERVICIO]</w:t>
      </w:r>
    </w:p>
    <w:p w14:paraId="2D6DB78F" w14:textId="77777777" w:rsidR="00FE02B1" w:rsidRDefault="001F4EC6">
      <w:r>
        <w:rPr>
          <w:rFonts w:ascii="Montserrat" w:hAnsi="Montserrat"/>
          <w:b/>
          <w:color w:val="0D6EFD"/>
          <w:sz w:val="24"/>
        </w:rPr>
        <w:t>SÉPTIMA. CONDICIONES TÉCNICAS Y ELÉCTRICAS</w:t>
      </w:r>
    </w:p>
    <w:p w14:paraId="6527B6CC" w14:textId="77777777" w:rsidR="00FE02B1" w:rsidRDefault="001F4EC6">
      <w:pPr>
        <w:jc w:val="both"/>
      </w:pPr>
      <w:r>
        <w:rPr>
          <w:rFonts w:ascii="Calibri" w:hAnsi="Calibri"/>
          <w:color w:val="212529"/>
        </w:rPr>
        <w:lastRenderedPageBreak/>
        <w:t xml:space="preserve">El cliente declara </w:t>
      </w:r>
      <w:r>
        <w:rPr>
          <w:rFonts w:ascii="Calibri" w:hAnsi="Calibri"/>
          <w:color w:val="212529"/>
        </w:rPr>
        <w:t>haber sido informado sobre los requerimientos técnicos del equipo. El DJ podrá recomendar proveedores de planta de luz; sin embargo, la decisión final recae en el cliente. En caso de fallas eléctricas derivadas de dicha decisión o del cableado del lugar, e</w:t>
      </w:r>
      <w:r>
        <w:rPr>
          <w:rFonts w:ascii="Calibri" w:hAnsi="Calibri"/>
          <w:color w:val="212529"/>
        </w:rPr>
        <w:t>l DJ queda deslindado de responsabilidad.</w:t>
      </w:r>
    </w:p>
    <w:p w14:paraId="3F9CA5BF" w14:textId="77777777" w:rsidR="00FE02B1" w:rsidRDefault="001F4EC6">
      <w:r>
        <w:rPr>
          <w:rFonts w:ascii="Montserrat" w:hAnsi="Montserrat"/>
          <w:b/>
          <w:color w:val="0D6EFD"/>
          <w:sz w:val="24"/>
        </w:rPr>
        <w:t>OCTAVA. DAÑOS AL EQUIPO DEL DJ</w:t>
      </w:r>
    </w:p>
    <w:p w14:paraId="778F70F7" w14:textId="77777777" w:rsidR="00FE02B1" w:rsidRDefault="001F4EC6">
      <w:pPr>
        <w:jc w:val="both"/>
      </w:pPr>
      <w:r>
        <w:rPr>
          <w:rFonts w:ascii="Calibri" w:hAnsi="Calibri"/>
          <w:color w:val="212529"/>
        </w:rPr>
        <w:t>Cualquier daño causado al equipo del DJ por el cliente o sus invitados deberá ser cubierto económicamente en un plazo máximo de [X] días.</w:t>
      </w:r>
    </w:p>
    <w:p w14:paraId="54EDB91A" w14:textId="77777777" w:rsidR="00FE02B1" w:rsidRDefault="001F4EC6">
      <w:r>
        <w:rPr>
          <w:rFonts w:ascii="Montserrat" w:hAnsi="Montserrat"/>
          <w:b/>
          <w:color w:val="0D6EFD"/>
          <w:sz w:val="24"/>
        </w:rPr>
        <w:t>NOVENA. SEGURIDAD</w:t>
      </w:r>
    </w:p>
    <w:p w14:paraId="3EE30093" w14:textId="77777777" w:rsidR="00FE02B1" w:rsidRDefault="001F4EC6">
      <w:pPr>
        <w:jc w:val="both"/>
      </w:pPr>
      <w:r>
        <w:rPr>
          <w:rFonts w:ascii="Calibri" w:hAnsi="Calibri"/>
          <w:color w:val="212529"/>
        </w:rPr>
        <w:t>El DJ podrá dar por termina</w:t>
      </w:r>
      <w:r>
        <w:rPr>
          <w:rFonts w:ascii="Calibri" w:hAnsi="Calibri"/>
          <w:color w:val="212529"/>
        </w:rPr>
        <w:t>do el servicio si existen condiciones que pongan en riesgo su integridad, la de su personal o la de su equipo.</w:t>
      </w:r>
    </w:p>
    <w:p w14:paraId="2599D0FC" w14:textId="77777777" w:rsidR="00FE02B1" w:rsidRDefault="001F4EC6">
      <w:r>
        <w:rPr>
          <w:rFonts w:ascii="Montserrat" w:hAnsi="Montserrat"/>
          <w:b/>
          <w:color w:val="0D6EFD"/>
          <w:sz w:val="24"/>
        </w:rPr>
        <w:t>DÉCIMA. CANCELACIONES</w:t>
      </w:r>
    </w:p>
    <w:p w14:paraId="18F31543" w14:textId="77777777" w:rsidR="00FE02B1" w:rsidRDefault="001F4EC6">
      <w:pPr>
        <w:jc w:val="both"/>
      </w:pPr>
      <w:r>
        <w:rPr>
          <w:rFonts w:ascii="Calibri" w:hAnsi="Calibri"/>
          <w:color w:val="212529"/>
        </w:rPr>
        <w:t>[POLÍTICAS DE CANCELACIÓN ACORDADAS ENTRE LAS PARTES]</w:t>
      </w:r>
    </w:p>
    <w:p w14:paraId="40836A48" w14:textId="77777777" w:rsidR="00FE02B1" w:rsidRDefault="001F4EC6">
      <w:r>
        <w:rPr>
          <w:rFonts w:ascii="Montserrat" w:hAnsi="Montserrat"/>
          <w:b/>
          <w:color w:val="0D6EFD"/>
          <w:sz w:val="24"/>
        </w:rPr>
        <w:t>DÉCIMA PRIMERA. PRIVACIDAD DE DATOS</w:t>
      </w:r>
    </w:p>
    <w:p w14:paraId="0C9115D0" w14:textId="77777777" w:rsidR="00FE02B1" w:rsidRDefault="001F4EC6">
      <w:pPr>
        <w:jc w:val="both"/>
      </w:pPr>
      <w:r>
        <w:rPr>
          <w:rFonts w:ascii="Calibri" w:hAnsi="Calibri"/>
          <w:color w:val="212529"/>
        </w:rPr>
        <w:t xml:space="preserve">Los datos personales del cliente </w:t>
      </w:r>
      <w:r>
        <w:rPr>
          <w:rFonts w:ascii="Calibri" w:hAnsi="Calibri"/>
          <w:color w:val="212529"/>
        </w:rPr>
        <w:t>serán utilizados únicamente para fines relacionados con la prestación del servicio y no serán compartidos con terceros.</w:t>
      </w:r>
    </w:p>
    <w:p w14:paraId="34FE953E" w14:textId="77777777" w:rsidR="00FE02B1" w:rsidRDefault="001F4EC6">
      <w:r>
        <w:rPr>
          <w:rFonts w:ascii="Montserrat" w:hAnsi="Montserrat"/>
          <w:b/>
          <w:color w:val="0D6EFD"/>
          <w:sz w:val="24"/>
        </w:rPr>
        <w:t>DÉCIMA SEGUNDA. ACEPTACIÓN</w:t>
      </w:r>
    </w:p>
    <w:p w14:paraId="25B04CB5" w14:textId="77777777" w:rsidR="00FE02B1" w:rsidRDefault="001F4EC6">
      <w:pPr>
        <w:jc w:val="both"/>
      </w:pPr>
      <w:r>
        <w:rPr>
          <w:rFonts w:ascii="Calibri" w:hAnsi="Calibri"/>
          <w:color w:val="212529"/>
        </w:rPr>
        <w:t>Ambas partes declaran haber leído y aceptado todas las cláusulas del presente contrato.</w:t>
      </w:r>
    </w:p>
    <w:p w14:paraId="777B85C8" w14:textId="20616F32" w:rsidR="00FE02B1" w:rsidRDefault="001F4EC6" w:rsidP="00FD78D2">
      <w:pPr>
        <w:jc w:val="center"/>
      </w:pPr>
      <w:r>
        <w:rPr>
          <w:rFonts w:ascii="Calibri" w:hAnsi="Calibri"/>
          <w:color w:val="212529"/>
        </w:rPr>
        <w:br/>
      </w:r>
      <w:r>
        <w:rPr>
          <w:rFonts w:ascii="Calibri" w:hAnsi="Calibri"/>
          <w:color w:val="212529"/>
        </w:rPr>
        <w:br/>
      </w:r>
      <w:r>
        <w:rPr>
          <w:rFonts w:ascii="Calibri" w:hAnsi="Calibri"/>
          <w:color w:val="212529"/>
        </w:rPr>
        <w:t>__________________________________</w:t>
      </w:r>
      <w:r>
        <w:rPr>
          <w:rFonts w:ascii="Calibri" w:hAnsi="Calibri"/>
          <w:color w:val="212529"/>
        </w:rPr>
        <w:br/>
        <w:t>EL CLIENTE</w:t>
      </w:r>
      <w:r>
        <w:rPr>
          <w:rFonts w:ascii="Calibri" w:hAnsi="Calibri"/>
          <w:color w:val="212529"/>
        </w:rPr>
        <w:br/>
      </w:r>
      <w:r>
        <w:rPr>
          <w:rFonts w:ascii="Calibri" w:hAnsi="Calibri"/>
          <w:color w:val="212529"/>
        </w:rPr>
        <w:br/>
        <w:t>__________________________________</w:t>
      </w:r>
      <w:r w:rsidR="00FD78D2">
        <w:rPr>
          <w:rFonts w:ascii="Calibri" w:hAnsi="Calibri"/>
          <w:color w:val="212529"/>
        </w:rPr>
        <w:tab/>
      </w:r>
      <w:r>
        <w:rPr>
          <w:rFonts w:ascii="Calibri" w:hAnsi="Calibri"/>
          <w:color w:val="212529"/>
        </w:rPr>
        <w:br/>
        <w:t>EL DJ / PRESTADOR DEL SERVICIO</w:t>
      </w:r>
    </w:p>
    <w:sectPr w:rsidR="00FE02B1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81BB42" w14:textId="77777777" w:rsidR="001F4EC6" w:rsidRDefault="001F4EC6">
      <w:pPr>
        <w:spacing w:after="0" w:line="240" w:lineRule="auto"/>
      </w:pPr>
      <w:r>
        <w:separator/>
      </w:r>
    </w:p>
  </w:endnote>
  <w:endnote w:type="continuationSeparator" w:id="0">
    <w:p w14:paraId="34E3910F" w14:textId="77777777" w:rsidR="001F4EC6" w:rsidRDefault="001F4E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1594C" w14:textId="77777777" w:rsidR="001F4EC6" w:rsidRDefault="001F4EC6">
      <w:pPr>
        <w:spacing w:after="0" w:line="240" w:lineRule="auto"/>
      </w:pPr>
      <w:r>
        <w:separator/>
      </w:r>
    </w:p>
  </w:footnote>
  <w:footnote w:type="continuationSeparator" w:id="0">
    <w:p w14:paraId="3058518F" w14:textId="77777777" w:rsidR="001F4EC6" w:rsidRDefault="001F4E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79BE1" w14:textId="77777777" w:rsidR="00FE02B1" w:rsidRDefault="00FE02B1">
    <w:pPr>
      <w:pStyle w:val="Encabezado"/>
    </w:pPr>
  </w:p>
  <w:tbl>
    <w:tblPr>
      <w:tblW w:w="0" w:type="auto"/>
      <w:tblLook w:val="04A0" w:firstRow="1" w:lastRow="0" w:firstColumn="1" w:lastColumn="0" w:noHBand="0" w:noVBand="1"/>
    </w:tblPr>
    <w:tblGrid>
      <w:gridCol w:w="8856"/>
    </w:tblGrid>
    <w:tr w:rsidR="00FE02B1" w14:paraId="5F1A0101" w14:textId="77777777">
      <w:tc>
        <w:tcPr>
          <w:tcW w:w="9360" w:type="dxa"/>
          <w:shd w:val="clear" w:color="auto" w:fill="0D6EFD"/>
        </w:tcPr>
        <w:p w14:paraId="3903BA97" w14:textId="77777777" w:rsidR="00FE02B1" w:rsidRDefault="001F4EC6">
          <w:pPr>
            <w:jc w:val="center"/>
          </w:pPr>
          <w:r>
            <w:rPr>
              <w:rFonts w:ascii="Montserrat" w:hAnsi="Montserrat"/>
              <w:b/>
              <w:color w:val="FFFFFF"/>
              <w:sz w:val="28"/>
            </w:rPr>
            <w:t>CONTRATO DE PRESTACIÓN DE SERVICIOS DE DJ</w:t>
          </w:r>
          <w:r>
            <w:rPr>
              <w:rFonts w:ascii="Montserrat" w:hAnsi="Montserrat"/>
              <w:b/>
              <w:color w:val="FFFFFF"/>
              <w:sz w:val="28"/>
            </w:rPr>
            <w:br/>
            <w:t>BODAS Y EVENTOS SOCIALES</w:t>
          </w:r>
          <w:r>
            <w:rPr>
              <w:rFonts w:ascii="Montserrat" w:hAnsi="Montserrat"/>
              <w:b/>
              <w:color w:val="FFFFFF"/>
              <w:sz w:val="28"/>
            </w:rPr>
            <w:br/>
            <w:t>[LOGOTIPO DEL DJ]</w:t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F4EC6"/>
    <w:rsid w:val="0029639D"/>
    <w:rsid w:val="00326F90"/>
    <w:rsid w:val="00AA1D8D"/>
    <w:rsid w:val="00B47730"/>
    <w:rsid w:val="00CB0664"/>
    <w:rsid w:val="00FC693F"/>
    <w:rsid w:val="00FD78D2"/>
    <w:rsid w:val="00FE0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F10C74"/>
  <w14:defaultImageDpi w14:val="300"/>
  <w15:docId w15:val="{46C1DB52-0CEC-4E93-BCA4-CFB748353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328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Edmundo Carrillo Tapia</cp:lastModifiedBy>
  <cp:revision>3</cp:revision>
  <dcterms:created xsi:type="dcterms:W3CDTF">2013-12-23T23:15:00Z</dcterms:created>
  <dcterms:modified xsi:type="dcterms:W3CDTF">2026-02-03T19:24:00Z</dcterms:modified>
  <cp:category/>
</cp:coreProperties>
</file>